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768"/>
        <w:gridCol w:w="3600"/>
      </w:tblGrid>
      <w:tr>
        <w:tc>
          <w:tcPr>
            <w:tcW w:type="dxa" w:w="5184"/>
            <w:vAlign w:val="center"/>
            <w:shd w:fill="111111"/>
          </w:tcPr>
          <w:p>
            <w:pPr>
              <w:spacing w:after="0"/>
            </w:pPr>
            <w:r>
              <w:rPr>
                <w:b/>
                <w:color w:val="FFFFFF"/>
                <w:sz w:val="32"/>
              </w:rPr>
              <w:t>DAY2SKIN</w:t>
            </w:r>
            <w:r>
              <w:rPr>
                <w:color w:val="FFFFFF"/>
              </w:rPr>
              <w:br/>
              <w:t>Laser Hair Removal Client FAQ</w:t>
            </w:r>
          </w:p>
        </w:tc>
        <w:tc>
          <w:tcPr>
            <w:tcW w:type="dxa" w:w="5184"/>
            <w:vAlign w:val="center"/>
            <w:shd w:fill="111111"/>
          </w:tcPr>
          <w:p>
            <w:pPr>
              <w:spacing w:after="0"/>
              <w:jc w:val="right"/>
            </w:pPr>
            <w:r>
              <w:rPr>
                <w:b/>
                <w:color w:val="FFFFFF"/>
                <w:sz w:val="20"/>
              </w:rPr>
              <w:t>General Education Guide</w:t>
            </w:r>
            <w:r>
              <w:rPr>
                <w:color w:val="FFFFFF"/>
              </w:rPr>
              <w:br/>
              <w:t>For consultation use</w:t>
            </w:r>
          </w:p>
        </w:tc>
      </w:tr>
    </w:tbl>
    <w:p/>
    <w:p>
      <w:pPr>
        <w:jc w:val="center"/>
      </w:pPr>
      <w:r>
        <w:rPr>
          <w:b/>
          <w:color w:val="111111"/>
          <w:sz w:val="40"/>
        </w:rPr>
        <w:t>Frequently Asked Questions About Laser Hair Removal</w:t>
      </w:r>
    </w:p>
    <w:p>
      <w:pPr>
        <w:jc w:val="center"/>
      </w:pPr>
      <w:r>
        <w:rPr>
          <w:sz w:val="22"/>
        </w:rPr>
        <w:t>Laser hair removal is a treatment that uses focused light energy to reduce unwanted hair growth over time. Results vary by skin tone, hair color, hormones, area treated, medication use, and consistency with appointments.</w:t>
      </w:r>
    </w:p>
    <w:tbl>
      <w:tblPr>
        <w:tblW w:type="auto" w:w="0"/>
        <w:jc w:val="center"/>
        <w:tblLook w:firstColumn="1" w:firstRow="1" w:lastColumn="0" w:lastRow="0" w:noHBand="0" w:noVBand="1" w:val="04A0"/>
      </w:tblPr>
      <w:tblGrid>
        <w:gridCol w:w="10368"/>
      </w:tblGrid>
      <w:tr>
        <w:tc>
          <w:tcPr>
            <w:tcW w:type="dxa" w:w="10368"/>
            <w:shd w:fill="F4EFE7"/>
          </w:tcPr>
          <w:p>
            <w:r>
              <w:rPr>
                <w:b/>
                <w:color w:val="503A1C"/>
              </w:rPr>
              <w:t xml:space="preserve">Important: </w:t>
            </w:r>
            <w:r>
              <w:rPr>
                <w:color w:val="503A1C"/>
              </w:rPr>
              <w:t>This guide is for general education only. A consultation is required to review your skin, hair, health history, medications, recent sun exposure, and treatment goals before laser services.</w:t>
            </w:r>
          </w:p>
        </w:tc>
      </w:tr>
    </w:tbl>
    <w:p>
      <w:pPr>
        <w:spacing w:before="120" w:after="40"/>
      </w:pPr>
      <w:r>
        <w:rPr>
          <w:b/>
          <w:color w:val="111111"/>
          <w:sz w:val="23"/>
        </w:rPr>
        <w:t>1. What is laser hair removal?</w:t>
      </w:r>
    </w:p>
    <w:p>
      <w:pPr>
        <w:spacing w:after="80"/>
        <w:ind w:left="216"/>
      </w:pPr>
      <w:r>
        <w:t>Laser hair removal uses light energy that is attracted to pigment in the hair. The heat damages the hair follicle so it produces less hair over time. It is best described as long-term hair reduction, not a guarantee that every hair will be gone forever.</w:t>
      </w:r>
    </w:p>
    <w:p>
      <w:pPr>
        <w:spacing w:before="120" w:after="40"/>
      </w:pPr>
      <w:r>
        <w:rPr>
          <w:b/>
          <w:color w:val="111111"/>
          <w:sz w:val="23"/>
        </w:rPr>
        <w:t>2. Is laser hair removal permanent?</w:t>
      </w:r>
    </w:p>
    <w:p>
      <w:pPr>
        <w:spacing w:after="80"/>
        <w:ind w:left="216"/>
      </w:pPr>
      <w:r>
        <w:t>Laser can permanently reduce many treated hairs, but maintenance may be needed. Hormonal areas such as the face, chin, neck, and bikini area may need touch-ups because hormones can stimulate new hair growth.</w:t>
      </w:r>
    </w:p>
    <w:p>
      <w:pPr>
        <w:spacing w:before="120" w:after="40"/>
      </w:pPr>
      <w:r>
        <w:rPr>
          <w:b/>
          <w:color w:val="111111"/>
          <w:sz w:val="23"/>
        </w:rPr>
        <w:t>3. How many sessions will I need?</w:t>
      </w:r>
    </w:p>
    <w:p>
      <w:pPr>
        <w:spacing w:after="80"/>
        <w:ind w:left="216"/>
      </w:pPr>
      <w:r>
        <w:t>Most people need a series of treatments, commonly 6 or more sessions, depending on the area, hair density, hair color, skin tone, hormones, and how the hair responds. Some clients need additional sessions or maintenance treatments.</w:t>
      </w:r>
    </w:p>
    <w:p>
      <w:pPr>
        <w:spacing w:before="120" w:after="40"/>
      </w:pPr>
      <w:r>
        <w:rPr>
          <w:b/>
          <w:color w:val="111111"/>
          <w:sz w:val="23"/>
        </w:rPr>
        <w:t>4. Why do I need multiple treatments?</w:t>
      </w:r>
    </w:p>
    <w:p>
      <w:pPr>
        <w:spacing w:after="80"/>
        <w:ind w:left="216"/>
      </w:pPr>
      <w:r>
        <w:t>Hair grows in cycles. Laser works best when the hair is in an active growth phase, and not all hairs are in that phase at the same time. Repeating treatments gives the laser a chance to target more active follicles.</w:t>
      </w:r>
    </w:p>
    <w:p>
      <w:pPr>
        <w:spacing w:before="120" w:after="40"/>
      </w:pPr>
      <w:r>
        <w:rPr>
          <w:b/>
          <w:color w:val="111111"/>
          <w:sz w:val="23"/>
        </w:rPr>
        <w:t>5. How far apart are appointments?</w:t>
      </w:r>
    </w:p>
    <w:p>
      <w:pPr>
        <w:spacing w:after="80"/>
        <w:ind w:left="216"/>
      </w:pPr>
      <w:r>
        <w:t>Spacing depends on the area being treated. Face treatments are often scheduled closer together than body treatments. Many body areas are treated about every 4 to 8 weeks, but your provider will give the best schedule for your treatment area.</w:t>
      </w:r>
    </w:p>
    <w:p>
      <w:pPr>
        <w:spacing w:before="120" w:after="40"/>
      </w:pPr>
      <w:r>
        <w:rPr>
          <w:b/>
          <w:color w:val="111111"/>
          <w:sz w:val="23"/>
        </w:rPr>
        <w:t>6. Does it hurt?</w:t>
      </w:r>
    </w:p>
    <w:p>
      <w:pPr>
        <w:spacing w:after="80"/>
        <w:ind w:left="216"/>
      </w:pPr>
      <w:r>
        <w:t>Most clients describe laser as quick snaps of heat or a rubber-band feeling. Discomfort varies by area, hair thickness, skin sensitivity, and laser settings. The treatment is usually fast, and cooling may be used to improve comfort.</w:t>
      </w:r>
    </w:p>
    <w:p>
      <w:pPr>
        <w:spacing w:before="120" w:after="40"/>
      </w:pPr>
      <w:r>
        <w:rPr>
          <w:b/>
          <w:color w:val="111111"/>
          <w:sz w:val="23"/>
        </w:rPr>
        <w:t>7. What areas can be treated?</w:t>
      </w:r>
    </w:p>
    <w:p>
      <w:pPr>
        <w:spacing w:after="80"/>
        <w:ind w:left="216"/>
      </w:pPr>
      <w:r>
        <w:t>Common areas include underarms, Brazilian/bikini, legs, arms, lip, chin, face, neck, chest, back, stomach, shoulders, and scalp/hairline areas. The treatment area must be safe and appropriate based on the consultation.</w:t>
      </w:r>
    </w:p>
    <w:p>
      <w:pPr>
        <w:spacing w:before="120" w:after="40"/>
      </w:pPr>
      <w:r>
        <w:rPr>
          <w:b/>
          <w:color w:val="111111"/>
          <w:sz w:val="23"/>
        </w:rPr>
        <w:t>8. Can all skin tones be treated?</w:t>
      </w:r>
    </w:p>
    <w:p>
      <w:pPr>
        <w:spacing w:after="80"/>
        <w:ind w:left="216"/>
      </w:pPr>
      <w:r>
        <w:t>Many skin tones can be treated with the right laser, settings, training, and safety protocols. Darker skin tones require careful settings and appropriate wavelength selection to reduce the risk of burns or pigment changes.</w:t>
      </w:r>
    </w:p>
    <w:p>
      <w:pPr>
        <w:spacing w:before="120" w:after="40"/>
      </w:pPr>
      <w:r>
        <w:rPr>
          <w:b/>
          <w:color w:val="111111"/>
          <w:sz w:val="23"/>
        </w:rPr>
        <w:t>9. What hair colors respond best?</w:t>
      </w:r>
    </w:p>
    <w:p>
      <w:pPr>
        <w:spacing w:after="80"/>
        <w:ind w:left="216"/>
      </w:pPr>
      <w:r>
        <w:t>Laser works best on dark, coarse hair because the laser targets pigment. Blonde, white, gray, and red hair usually respond poorly because there is little pigment for the laser to target.</w:t>
      </w:r>
    </w:p>
    <w:p>
      <w:pPr>
        <w:spacing w:before="120" w:after="40"/>
      </w:pPr>
      <w:r>
        <w:rPr>
          <w:b/>
          <w:color w:val="111111"/>
          <w:sz w:val="23"/>
        </w:rPr>
        <w:t>10. Should I shave before my appointment?</w:t>
      </w:r>
    </w:p>
    <w:p>
      <w:pPr>
        <w:spacing w:after="80"/>
        <w:ind w:left="216"/>
      </w:pPr>
      <w:r>
        <w:t>Yes. The area should usually be shaved 12 to 24 hours before treatment unless you are instructed differently. Shaving keeps the energy focused below the skin instead of burning hair above the skin.</w:t>
      </w:r>
    </w:p>
    <w:p>
      <w:pPr>
        <w:spacing w:before="120" w:after="40"/>
      </w:pPr>
      <w:r>
        <w:rPr>
          <w:b/>
          <w:color w:val="111111"/>
          <w:sz w:val="23"/>
        </w:rPr>
        <w:t>11. Can I wax, tweeze, or use depilatory creams before laser?</w:t>
      </w:r>
    </w:p>
    <w:p>
      <w:pPr>
        <w:spacing w:after="80"/>
        <w:ind w:left="216"/>
      </w:pPr>
      <w:r>
        <w:t>Avoid waxing, tweezing, threading, or sugaring before and during your laser series because the follicle needs to be present for the laser to target it. Shaving is usually okay. Avoid chemical hair removal creams close to treatment unless your provider says it is safe.</w:t>
      </w:r>
    </w:p>
    <w:p>
      <w:pPr>
        <w:spacing w:before="120" w:after="40"/>
      </w:pPr>
      <w:r>
        <w:rPr>
          <w:b/>
          <w:color w:val="111111"/>
          <w:sz w:val="23"/>
        </w:rPr>
        <w:t>12. Can I tan before laser?</w:t>
      </w:r>
    </w:p>
    <w:p>
      <w:pPr>
        <w:spacing w:after="80"/>
        <w:ind w:left="216"/>
      </w:pPr>
      <w:r>
        <w:t>Avoid tanning, sunburn, and self-tanner before treatment. Extra pigment in the skin can increase the risk of burns, irritation, and dark or light spots. Let your provider know about any sun exposure or tanning products.</w:t>
      </w:r>
    </w:p>
    <w:p>
      <w:pPr>
        <w:spacing w:before="120" w:after="40"/>
      </w:pPr>
      <w:r>
        <w:rPr>
          <w:b/>
          <w:color w:val="111111"/>
          <w:sz w:val="23"/>
        </w:rPr>
        <w:t>13. What should I avoid before treatment?</w:t>
      </w:r>
    </w:p>
    <w:p>
      <w:pPr>
        <w:spacing w:after="80"/>
        <w:ind w:left="216"/>
      </w:pPr>
      <w:r>
        <w:t>Avoid sun exposure, tanning beds, self-tanner, waxing, tweezing, and harsh exfoliation before your appointment. Tell your provider about medications, antibiotics, retinoids, Accutane/isotretinoin history, pregnancy, medical conditions, and any recent skin procedures.</w:t>
      </w:r>
    </w:p>
    <w:p>
      <w:pPr>
        <w:spacing w:before="120" w:after="40"/>
      </w:pPr>
      <w:r>
        <w:rPr>
          <w:b/>
          <w:color w:val="111111"/>
          <w:sz w:val="23"/>
        </w:rPr>
        <w:t>14. What should I expect right after treatment?</w:t>
      </w:r>
    </w:p>
    <w:p>
      <w:pPr>
        <w:spacing w:after="80"/>
        <w:ind w:left="216"/>
      </w:pPr>
      <w:r>
        <w:t>Temporary redness, warmth, mild swelling around the follicles, or a sunburn-like feeling can happen. This usually calms down within hours to a couple of days. The area may look like the hair is still growing at first.</w:t>
      </w:r>
    </w:p>
    <w:p>
      <w:pPr>
        <w:spacing w:before="120" w:after="40"/>
      </w:pPr>
      <w:r>
        <w:rPr>
          <w:b/>
          <w:color w:val="111111"/>
          <w:sz w:val="23"/>
        </w:rPr>
        <w:t>15. When will the hair fall out?</w:t>
      </w:r>
    </w:p>
    <w:p>
      <w:pPr>
        <w:spacing w:after="80"/>
        <w:ind w:left="216"/>
      </w:pPr>
      <w:r>
        <w:t>Treated hairs often shed over the next 1 to 3 weeks. This can look like hair growth, but the hairs may be pushing out of the follicle. Gentle exfoliation may be recommended after the skin is calm.</w:t>
      </w:r>
    </w:p>
    <w:p>
      <w:pPr>
        <w:spacing w:before="120" w:after="40"/>
      </w:pPr>
      <w:r>
        <w:rPr>
          <w:b/>
          <w:color w:val="111111"/>
          <w:sz w:val="23"/>
        </w:rPr>
        <w:t>16. What should I avoid after treatment?</w:t>
      </w:r>
    </w:p>
    <w:p>
      <w:pPr>
        <w:spacing w:after="80"/>
        <w:ind w:left="216"/>
      </w:pPr>
      <w:r>
        <w:t>For the first 24 to 48 hours, avoid hot showers, saunas, steam rooms, intense workouts, heavy sweating, exfoliation, fragranced products, and direct sun on the treated area. Use gentle skincare and sunscreen on exposed areas.</w:t>
      </w:r>
    </w:p>
    <w:p>
      <w:pPr>
        <w:spacing w:before="120" w:after="40"/>
      </w:pPr>
      <w:r>
        <w:rPr>
          <w:b/>
          <w:color w:val="111111"/>
          <w:sz w:val="23"/>
        </w:rPr>
        <w:t>17. Can I shave between sessions?</w:t>
      </w:r>
    </w:p>
    <w:p>
      <w:pPr>
        <w:spacing w:after="80"/>
        <w:ind w:left="216"/>
      </w:pPr>
      <w:r>
        <w:t>Yes. Shaving is the preferred method between laser sessions. Avoid waxing, tweezing, threading, or sugaring because they remove the hair from the follicle.</w:t>
      </w:r>
    </w:p>
    <w:p>
      <w:pPr>
        <w:spacing w:before="120" w:after="40"/>
      </w:pPr>
      <w:r>
        <w:rPr>
          <w:b/>
          <w:color w:val="111111"/>
          <w:sz w:val="23"/>
        </w:rPr>
        <w:t>18. Can laser help with ingrown hairs?</w:t>
      </w:r>
    </w:p>
    <w:p>
      <w:pPr>
        <w:spacing w:after="80"/>
        <w:ind w:left="216"/>
      </w:pPr>
      <w:r>
        <w:t>Laser may reduce ingrown hairs by reducing the number and thickness of hairs in the treated area. This can be especially helpful for clients who get bumps, irritation, or ingrowns from shaving or waxing.</w:t>
      </w:r>
    </w:p>
    <w:p>
      <w:pPr>
        <w:spacing w:before="120" w:after="40"/>
      </w:pPr>
      <w:r>
        <w:rPr>
          <w:b/>
          <w:color w:val="111111"/>
          <w:sz w:val="23"/>
        </w:rPr>
        <w:t>19. Are there risks or side effects?</w:t>
      </w:r>
    </w:p>
    <w:p>
      <w:pPr>
        <w:spacing w:after="80"/>
        <w:ind w:left="216"/>
      </w:pPr>
      <w:r>
        <w:t>Possible side effects include redness, swelling, irritation, blistering, burns, scars, and temporary or permanent skin color changes. Risks are lower when treatment is performed by a trained provider using appropriate settings and safety protocols.</w:t>
      </w:r>
    </w:p>
    <w:p>
      <w:pPr>
        <w:spacing w:before="120" w:after="40"/>
      </w:pPr>
      <w:r>
        <w:rPr>
          <w:b/>
          <w:color w:val="111111"/>
          <w:sz w:val="23"/>
        </w:rPr>
        <w:t>20. Who may not be a good candidate?</w:t>
      </w:r>
    </w:p>
    <w:p>
      <w:pPr>
        <w:spacing w:after="80"/>
        <w:ind w:left="216"/>
      </w:pPr>
      <w:r>
        <w:t>Laser may not be appropriate for people with active infection, open wounds, recent tanning, certain medications, light-sensitive conditions, very light hair, or certain medical histories. A consultation is needed to decide if treatment is safe.</w:t>
      </w:r>
    </w:p>
    <w:p>
      <w:pPr>
        <w:spacing w:before="120" w:after="40"/>
      </w:pPr>
      <w:r>
        <w:rPr>
          <w:b/>
          <w:color w:val="111111"/>
          <w:sz w:val="23"/>
        </w:rPr>
        <w:t>21. Can I get laser while pregnant?</w:t>
      </w:r>
    </w:p>
    <w:p>
      <w:pPr>
        <w:spacing w:after="80"/>
        <w:ind w:left="216"/>
      </w:pPr>
      <w:r>
        <w:t>Many providers choose to postpone elective laser hair removal during pregnancy. Discuss pregnancy, breastfeeding, fertility treatments, or hormone changes during your consultation.</w:t>
      </w:r>
    </w:p>
    <w:p>
      <w:pPr>
        <w:spacing w:before="120" w:after="40"/>
      </w:pPr>
      <w:r>
        <w:rPr>
          <w:b/>
          <w:color w:val="111111"/>
          <w:sz w:val="23"/>
        </w:rPr>
        <w:t>22. Can I use numbing cream?</w:t>
      </w:r>
    </w:p>
    <w:p>
      <w:pPr>
        <w:spacing w:after="80"/>
        <w:ind w:left="216"/>
      </w:pPr>
      <w:r>
        <w:t>Do not use numbing cream unless your provider approves it. Some numbing products can increase risk when used incorrectly or over large areas.</w:t>
      </w:r>
    </w:p>
    <w:p>
      <w:pPr>
        <w:spacing w:before="120" w:after="40"/>
      </w:pPr>
      <w:r>
        <w:rPr>
          <w:b/>
          <w:color w:val="111111"/>
          <w:sz w:val="23"/>
        </w:rPr>
        <w:t>23. What is a test spot?</w:t>
      </w:r>
    </w:p>
    <w:p>
      <w:pPr>
        <w:spacing w:after="80"/>
        <w:ind w:left="216"/>
      </w:pPr>
      <w:r>
        <w:t>A test spot is a small treatment area used to see how your skin responds before treating a larger area. It may be recommended for new clients, darker skin tones, sensitive areas, or clients with a higher risk of pigment changes.</w:t>
      </w:r>
    </w:p>
    <w:p>
      <w:pPr>
        <w:spacing w:before="120" w:after="40"/>
      </w:pPr>
      <w:r>
        <w:rPr>
          <w:b/>
          <w:color w:val="111111"/>
          <w:sz w:val="23"/>
        </w:rPr>
        <w:t>24. How do I get the best results?</w:t>
      </w:r>
    </w:p>
    <w:p>
      <w:pPr>
        <w:spacing w:after="80"/>
        <w:ind w:left="216"/>
      </w:pPr>
      <w:r>
        <w:t>Stay consistent with your schedule, shave before appointments, avoid tanning, follow aftercare, protect treated areas with sunscreen, and be honest about medications or skin changes before each session.</w:t>
      </w:r>
    </w:p>
    <w:p>
      <w:pPr>
        <w:spacing w:before="120" w:after="40"/>
      </w:pPr>
      <w:r>
        <w:rPr>
          <w:b/>
          <w:color w:val="111111"/>
          <w:sz w:val="23"/>
        </w:rPr>
        <w:t>25. Will I still need maintenance?</w:t>
      </w:r>
    </w:p>
    <w:p>
      <w:pPr>
        <w:spacing w:after="80"/>
        <w:ind w:left="216"/>
      </w:pPr>
      <w:r>
        <w:t>Some clients enjoy long-term reduction after their series, while others need occasional maintenance. Hormones, genetics, and new hair growth can affect long-term results.</w:t>
      </w:r>
    </w:p>
    <w:p>
      <w:pPr>
        <w:spacing w:before="200"/>
      </w:pPr>
      <w:r>
        <w:rPr>
          <w:b/>
          <w:sz w:val="28"/>
        </w:rPr>
        <w:t>Quick Pre-Care Checklist</w:t>
      </w:r>
    </w:p>
    <w:p>
      <w:pPr>
        <w:pStyle w:val="ListBullet"/>
      </w:pPr>
      <w:r>
        <w:t>Shave the treatment area as instructed, usually 12 to 24 hours before your appointment.</w:t>
      </w:r>
    </w:p>
    <w:p>
      <w:pPr>
        <w:pStyle w:val="ListBullet"/>
      </w:pPr>
      <w:r>
        <w:t>Avoid waxing, tweezing, threading, sugaring, and self-tanner.</w:t>
      </w:r>
    </w:p>
    <w:p>
      <w:pPr>
        <w:pStyle w:val="ListBullet"/>
      </w:pPr>
      <w:r>
        <w:t>Avoid tanning and tell your provider about recent sun exposure.</w:t>
      </w:r>
    </w:p>
    <w:p>
      <w:pPr>
        <w:pStyle w:val="ListBullet"/>
      </w:pPr>
      <w:r>
        <w:t>Arrive with clean skin: no lotion, deodorant, oils, perfume, or makeup on the area unless instructed otherwise.</w:t>
      </w:r>
    </w:p>
    <w:p>
      <w:pPr>
        <w:pStyle w:val="ListBullet"/>
      </w:pPr>
      <w:r>
        <w:t>Update your provider on medications, medical changes, pregnancy, antibiotics, retinoids, or recent procedures.</w:t>
      </w:r>
    </w:p>
    <w:p>
      <w:pPr>
        <w:spacing w:before="160"/>
      </w:pPr>
      <w:r>
        <w:rPr>
          <w:b/>
          <w:sz w:val="28"/>
        </w:rPr>
        <w:t>Quick Aftercare Checklist</w:t>
      </w:r>
    </w:p>
    <w:p>
      <w:pPr>
        <w:pStyle w:val="ListBullet"/>
      </w:pPr>
      <w:r>
        <w:t>Keep the area cool and clean after treatment.</w:t>
      </w:r>
    </w:p>
    <w:p>
      <w:pPr>
        <w:pStyle w:val="ListBullet"/>
      </w:pPr>
      <w:r>
        <w:t>Avoid heat, heavy sweating, hot tubs, saunas, steam rooms, and harsh exfoliation for 24 to 48 hours.</w:t>
      </w:r>
    </w:p>
    <w:p>
      <w:pPr>
        <w:pStyle w:val="ListBullet"/>
      </w:pPr>
      <w:r>
        <w:t>Use gentle moisturizer if needed and sunscreen on exposed treated areas.</w:t>
      </w:r>
    </w:p>
    <w:p>
      <w:pPr>
        <w:pStyle w:val="ListBullet"/>
      </w:pPr>
      <w:r>
        <w:t>Do not pick, scratch, or scrub irritated skin.</w:t>
      </w:r>
    </w:p>
    <w:p>
      <w:pPr>
        <w:pStyle w:val="ListBullet"/>
      </w:pPr>
      <w:r>
        <w:t>Contact your provider if you notice blistering, open skin, severe pain, signs of infection, or symptoms that worsen instead of improving.</w:t>
      </w:r>
    </w:p>
    <w:p>
      <w:pPr>
        <w:spacing w:before="200"/>
      </w:pPr>
      <w:r>
        <w:rPr>
          <w:b/>
        </w:rPr>
        <w:t xml:space="preserve">General safety note: </w:t>
      </w:r>
      <w:r>
        <w:t>Laser hair removal should be performed only after proper consultation, informed consent, eye protection, and screening for contraindications. Follow your provider’s instructions, because individual treatment plans vary.</w:t>
      </w:r>
    </w:p>
    <w:p>
      <w:pPr>
        <w:spacing w:before="160"/>
      </w:pPr>
      <w:r>
        <w:rPr>
          <w:b/>
        </w:rPr>
        <w:t xml:space="preserve">General references used to prepare this guide: </w:t>
      </w:r>
      <w:r>
        <w:t>American Academy of Dermatology Association, U.S. Food &amp; Drug Administration, American Society for Dermatologic Surgery, Cleveland Clinic, and Mayo Clinic patient education materials.</w:t>
      </w:r>
    </w:p>
    <w:sectPr w:rsidR="00FC693F" w:rsidRPr="0006063C" w:rsidSect="00034616">
      <w:footerReference w:type="default" r:id="rId9"/>
      <w:pgSz w:w="12240" w:h="15840"/>
      <w:pgMar w:top="792" w:right="936" w:bottom="792" w:left="936" w:header="720" w:footer="720" w:gutter="0"/>
      <w:cols w:space="720"/>
      <w:docGrid w:linePitch="360"/>
      <w:pgBorders w:offsetFrom="page">
        <w:top w:val="single" w:sz="6" w:space="24" w:color="B08D57"/>
        <w:left w:val="single" w:sz="6" w:space="24" w:color="B08D57"/>
        <w:bottom w:val="single" w:sz="6" w:space="24" w:color="B08D57"/>
        <w:right w:val="single" w:sz="6" w:space="24" w:color="B08D57"/>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Day2Skin | Laser Hair Removal FAQ | Client Education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1111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11111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1111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 Hair Removal Frequently Asked Questions</dc:title>
  <dc:subject>Client education FAQ for laser hair removal</dc:subject>
  <dc:creator>Day2Skin</dc:creator>
  <cp:keywords/>
  <dc:description/>
  <cp:lastModifiedBy/>
  <cp:revision>1</cp:revision>
  <dcterms:created xsi:type="dcterms:W3CDTF">2013-12-23T23:15:00Z</dcterms:created>
  <dcterms:modified xsi:type="dcterms:W3CDTF">2013-12-23T23:15:00Z</dcterms:modified>
  <cp:category/>
</cp:coreProperties>
</file>